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EA7577" w14:textId="77777777" w:rsidR="00F0323B" w:rsidRPr="005750AE" w:rsidRDefault="00000000">
      <w:pPr>
        <w:pStyle w:val="aa"/>
        <w:keepNext/>
        <w:spacing w:after="320"/>
        <w:jc w:val="center"/>
        <w:rPr>
          <w:lang w:val="ru-RU"/>
        </w:rPr>
      </w:pPr>
      <w:r w:rsidRPr="005750AE">
        <w:rPr>
          <w:rFonts w:ascii="Times New Roman" w:hAnsi="Times New Roman" w:cs="Times New Roman"/>
          <w:b/>
          <w:color w:val="000000"/>
          <w:sz w:val="28"/>
          <w:lang w:val="ru-RU"/>
        </w:rPr>
        <w:t>Согласие на обработку персональных данных</w:t>
      </w:r>
    </w:p>
    <w:p w14:paraId="02A91D57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1. Общие положения</w:t>
      </w:r>
    </w:p>
    <w:p w14:paraId="2CD7548B" w14:textId="19E7A9E4" w:rsidR="00F0323B" w:rsidRPr="005750AE" w:rsidRDefault="00000000">
      <w:pPr>
        <w:spacing w:after="80"/>
        <w:ind w:firstLine="709"/>
        <w:jc w:val="both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Настоящим я, нижеподписавшийся, даю свободное, информированное и осознанное согласие на обработку моих персональных данных в соответствии с Федеральным законом от 27 июля 2006 года № 152-ФЗ «О персональных данных»</w:t>
      </w:r>
      <w:r w:rsidR="005750AE">
        <w:rPr>
          <w:rFonts w:cs="Times New Roman"/>
          <w:color w:val="000000"/>
          <w:lang w:val="ru-RU"/>
        </w:rPr>
        <w:t xml:space="preserve"> Корпоративному Университету комплексной безопасности и управления АО «НПО Спецматериалов»</w:t>
      </w:r>
      <w:r w:rsidRPr="005750AE">
        <w:rPr>
          <w:rFonts w:cs="Times New Roman"/>
          <w:color w:val="000000"/>
          <w:lang w:val="ru-RU"/>
        </w:rPr>
        <w:t>.</w:t>
      </w:r>
    </w:p>
    <w:p w14:paraId="5BD32C58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2. Персональные данные</w:t>
      </w:r>
    </w:p>
    <w:p w14:paraId="4F590043" w14:textId="77777777" w:rsidR="00F0323B" w:rsidRPr="005750AE" w:rsidRDefault="00000000">
      <w:pPr>
        <w:spacing w:after="80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Я даю согласие на обработку следующих персональных данных:</w:t>
      </w:r>
    </w:p>
    <w:p w14:paraId="246BF171" w14:textId="130C8280" w:rsidR="00F0323B" w:rsidRDefault="005750AE">
      <w:pPr>
        <w:pStyle w:val="a0"/>
        <w:spacing w:after="40"/>
        <w:ind w:left="510" w:hanging="255"/>
      </w:pPr>
      <w:r>
        <w:rPr>
          <w:rFonts w:cs="Times New Roman"/>
          <w:color w:val="000000"/>
          <w:lang w:val="ru-RU"/>
        </w:rPr>
        <w:t xml:space="preserve"> </w:t>
      </w:r>
      <w:proofErr w:type="spellStart"/>
      <w:r w:rsidR="00000000">
        <w:rPr>
          <w:rFonts w:cs="Times New Roman"/>
          <w:color w:val="000000"/>
        </w:rPr>
        <w:t>фамилия</w:t>
      </w:r>
      <w:proofErr w:type="spellEnd"/>
      <w:r w:rsidR="00000000">
        <w:rPr>
          <w:rFonts w:cs="Times New Roman"/>
          <w:color w:val="000000"/>
        </w:rPr>
        <w:t xml:space="preserve">, </w:t>
      </w:r>
      <w:proofErr w:type="spellStart"/>
      <w:r w:rsidR="00000000">
        <w:rPr>
          <w:rFonts w:cs="Times New Roman"/>
          <w:color w:val="000000"/>
        </w:rPr>
        <w:t>имя</w:t>
      </w:r>
      <w:proofErr w:type="spellEnd"/>
      <w:r w:rsidR="00000000">
        <w:rPr>
          <w:rFonts w:cs="Times New Roman"/>
          <w:color w:val="000000"/>
        </w:rPr>
        <w:t xml:space="preserve">, </w:t>
      </w:r>
      <w:proofErr w:type="spellStart"/>
      <w:r w:rsidR="00000000">
        <w:rPr>
          <w:rFonts w:cs="Times New Roman"/>
          <w:color w:val="000000"/>
        </w:rPr>
        <w:t>отчество</w:t>
      </w:r>
      <w:proofErr w:type="spellEnd"/>
      <w:r w:rsidR="00000000">
        <w:rPr>
          <w:rFonts w:cs="Times New Roman"/>
          <w:color w:val="000000"/>
        </w:rPr>
        <w:t>;</w:t>
      </w:r>
    </w:p>
    <w:p w14:paraId="5C1A537E" w14:textId="61F7366C" w:rsidR="00F0323B" w:rsidRDefault="005750AE">
      <w:pPr>
        <w:pStyle w:val="a0"/>
        <w:spacing w:after="40"/>
        <w:ind w:left="510" w:hanging="255"/>
      </w:pPr>
      <w:r>
        <w:rPr>
          <w:rFonts w:cs="Times New Roman"/>
          <w:color w:val="000000"/>
          <w:lang w:val="ru-RU"/>
        </w:rPr>
        <w:t xml:space="preserve"> </w:t>
      </w:r>
      <w:proofErr w:type="spellStart"/>
      <w:r w:rsidR="00000000">
        <w:rPr>
          <w:rFonts w:cs="Times New Roman"/>
          <w:color w:val="000000"/>
        </w:rPr>
        <w:t>адрес</w:t>
      </w:r>
      <w:proofErr w:type="spellEnd"/>
      <w:r w:rsidR="00000000">
        <w:rPr>
          <w:rFonts w:cs="Times New Roman"/>
          <w:color w:val="000000"/>
        </w:rPr>
        <w:t xml:space="preserve"> </w:t>
      </w:r>
      <w:proofErr w:type="spellStart"/>
      <w:r w:rsidR="00000000">
        <w:rPr>
          <w:rFonts w:cs="Times New Roman"/>
          <w:color w:val="000000"/>
        </w:rPr>
        <w:t>электронной</w:t>
      </w:r>
      <w:proofErr w:type="spellEnd"/>
      <w:r w:rsidR="00000000">
        <w:rPr>
          <w:rFonts w:cs="Times New Roman"/>
          <w:color w:val="000000"/>
        </w:rPr>
        <w:t xml:space="preserve"> </w:t>
      </w:r>
      <w:proofErr w:type="spellStart"/>
      <w:r w:rsidR="00000000">
        <w:rPr>
          <w:rFonts w:cs="Times New Roman"/>
          <w:color w:val="000000"/>
        </w:rPr>
        <w:t>почты</w:t>
      </w:r>
      <w:proofErr w:type="spellEnd"/>
      <w:r w:rsidR="00000000">
        <w:rPr>
          <w:rFonts w:cs="Times New Roman"/>
          <w:color w:val="000000"/>
        </w:rPr>
        <w:t>;</w:t>
      </w:r>
    </w:p>
    <w:p w14:paraId="7901E1A3" w14:textId="3A5A9F4F" w:rsidR="00F0323B" w:rsidRDefault="005750AE">
      <w:pPr>
        <w:pStyle w:val="a0"/>
        <w:spacing w:after="40"/>
        <w:ind w:left="510" w:hanging="255"/>
      </w:pPr>
      <w:r>
        <w:rPr>
          <w:rFonts w:cs="Times New Roman"/>
          <w:color w:val="000000"/>
          <w:lang w:val="ru-RU"/>
        </w:rPr>
        <w:t xml:space="preserve"> </w:t>
      </w:r>
      <w:proofErr w:type="spellStart"/>
      <w:r w:rsidR="00000000">
        <w:rPr>
          <w:rFonts w:cs="Times New Roman"/>
          <w:color w:val="000000"/>
        </w:rPr>
        <w:t>номер</w:t>
      </w:r>
      <w:proofErr w:type="spellEnd"/>
      <w:r w:rsidR="00000000">
        <w:rPr>
          <w:rFonts w:cs="Times New Roman"/>
          <w:color w:val="000000"/>
        </w:rPr>
        <w:t xml:space="preserve"> </w:t>
      </w:r>
      <w:proofErr w:type="spellStart"/>
      <w:r w:rsidR="00000000">
        <w:rPr>
          <w:rFonts w:cs="Times New Roman"/>
          <w:color w:val="000000"/>
        </w:rPr>
        <w:t>телефона</w:t>
      </w:r>
      <w:proofErr w:type="spellEnd"/>
      <w:r w:rsidR="00000000">
        <w:rPr>
          <w:rFonts w:cs="Times New Roman"/>
          <w:color w:val="000000"/>
        </w:rPr>
        <w:t>.</w:t>
      </w:r>
    </w:p>
    <w:p w14:paraId="583A1463" w14:textId="77777777" w:rsidR="00F0323B" w:rsidRDefault="00000000">
      <w:pPr>
        <w:keepNext/>
        <w:spacing w:before="200" w:after="100"/>
      </w:pPr>
      <w:r>
        <w:rPr>
          <w:rFonts w:cs="Times New Roman"/>
          <w:b/>
          <w:color w:val="000000"/>
        </w:rPr>
        <w:t>3. Цели обработки персональных данных</w:t>
      </w:r>
    </w:p>
    <w:p w14:paraId="472D02A4" w14:textId="77777777" w:rsidR="00F0323B" w:rsidRPr="005750AE" w:rsidRDefault="00000000">
      <w:pPr>
        <w:spacing w:after="80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Мои персональные данные обрабатываются в аналитических целях:</w:t>
      </w:r>
    </w:p>
    <w:p w14:paraId="24CB1DE7" w14:textId="419E7E7A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сбор и анализ статистических сведений о взаимодействии с информационными ресурсами оператора;</w:t>
      </w:r>
    </w:p>
    <w:p w14:paraId="1F46F5F8" w14:textId="7866F3EC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подготовка аналитических материалов и оценка эффективности информационных ресурсов оператора;</w:t>
      </w:r>
    </w:p>
    <w:p w14:paraId="0056F6C7" w14:textId="20A88A44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формирование обезличенной статистики и аналитической отчетности.</w:t>
      </w:r>
    </w:p>
    <w:p w14:paraId="2345CEF1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4. Правовое основание обработки персональных данных</w:t>
      </w:r>
    </w:p>
    <w:p w14:paraId="4820B231" w14:textId="77777777" w:rsidR="00F0323B" w:rsidRPr="005750AE" w:rsidRDefault="00000000">
      <w:pPr>
        <w:spacing w:after="80"/>
        <w:ind w:firstLine="709"/>
        <w:jc w:val="both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Обработка персональных данных осуществляется на основании согласия субъекта персональных данных в соответствии со статьей 9 Федерального закона от 27 июля 2006 года № 152-ФЗ «О персональных данных».</w:t>
      </w:r>
    </w:p>
    <w:p w14:paraId="2960E455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5. Способы обработки персональных данных</w:t>
      </w:r>
    </w:p>
    <w:p w14:paraId="05246541" w14:textId="77777777" w:rsidR="00F0323B" w:rsidRPr="005750AE" w:rsidRDefault="00000000">
      <w:pPr>
        <w:spacing w:after="80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Обработка персональных данных может включать:</w:t>
      </w:r>
    </w:p>
    <w:p w14:paraId="604D0FF4" w14:textId="7CCD0AF9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сбор, запись, систематизацию, накопление и хранение;</w:t>
      </w:r>
    </w:p>
    <w:p w14:paraId="0769FD54" w14:textId="612ADC1B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уточнение (обновление, изменение), извлечение и использование;</w:t>
      </w:r>
    </w:p>
    <w:p w14:paraId="08283265" w14:textId="444AD5FE" w:rsidR="00F0323B" w:rsidRDefault="005750AE">
      <w:pPr>
        <w:pStyle w:val="a0"/>
        <w:spacing w:after="40"/>
        <w:ind w:left="510" w:hanging="255"/>
      </w:pPr>
      <w:r>
        <w:rPr>
          <w:rFonts w:cs="Times New Roman"/>
          <w:color w:val="000000"/>
          <w:lang w:val="ru-RU"/>
        </w:rPr>
        <w:t xml:space="preserve"> </w:t>
      </w:r>
      <w:proofErr w:type="spellStart"/>
      <w:r w:rsidR="00000000">
        <w:rPr>
          <w:rFonts w:cs="Times New Roman"/>
          <w:color w:val="000000"/>
        </w:rPr>
        <w:t>обезличивание</w:t>
      </w:r>
      <w:proofErr w:type="spellEnd"/>
      <w:r w:rsidR="00000000">
        <w:rPr>
          <w:rFonts w:cs="Times New Roman"/>
          <w:color w:val="000000"/>
        </w:rPr>
        <w:t xml:space="preserve">, </w:t>
      </w:r>
      <w:proofErr w:type="spellStart"/>
      <w:r w:rsidR="00000000">
        <w:rPr>
          <w:rFonts w:cs="Times New Roman"/>
          <w:color w:val="000000"/>
        </w:rPr>
        <w:t>блокирование</w:t>
      </w:r>
      <w:proofErr w:type="spellEnd"/>
      <w:r w:rsidR="00000000">
        <w:rPr>
          <w:rFonts w:cs="Times New Roman"/>
          <w:color w:val="000000"/>
        </w:rPr>
        <w:t xml:space="preserve"> и </w:t>
      </w:r>
      <w:proofErr w:type="spellStart"/>
      <w:r w:rsidR="00000000">
        <w:rPr>
          <w:rFonts w:cs="Times New Roman"/>
          <w:color w:val="000000"/>
        </w:rPr>
        <w:t>удаление</w:t>
      </w:r>
      <w:proofErr w:type="spellEnd"/>
      <w:r w:rsidR="00000000">
        <w:rPr>
          <w:rFonts w:cs="Times New Roman"/>
          <w:color w:val="000000"/>
        </w:rPr>
        <w:t>.</w:t>
      </w:r>
    </w:p>
    <w:p w14:paraId="09220CFC" w14:textId="77777777" w:rsidR="00F0323B" w:rsidRDefault="00000000">
      <w:pPr>
        <w:keepNext/>
        <w:spacing w:before="200" w:after="100"/>
      </w:pPr>
      <w:r>
        <w:rPr>
          <w:rFonts w:cs="Times New Roman"/>
          <w:b/>
          <w:color w:val="000000"/>
        </w:rPr>
        <w:t>6. Трансграничная передача персональных данных</w:t>
      </w:r>
    </w:p>
    <w:p w14:paraId="7A58CD2D" w14:textId="77777777" w:rsidR="00F0323B" w:rsidRPr="005750AE" w:rsidRDefault="00000000" w:rsidP="005750AE">
      <w:pPr>
        <w:spacing w:after="80"/>
        <w:ind w:firstLine="709"/>
        <w:jc w:val="both"/>
        <w:rPr>
          <w:rFonts w:cs="Times New Roman"/>
          <w:color w:val="000000"/>
          <w:lang w:val="ru-RU"/>
        </w:rPr>
      </w:pPr>
      <w:r w:rsidRPr="005750AE">
        <w:rPr>
          <w:rFonts w:cs="Times New Roman"/>
          <w:color w:val="000000"/>
          <w:lang w:val="ru-RU"/>
        </w:rPr>
        <w:t>Трансграничная передача персональных данных не осуществляется.</w:t>
      </w:r>
    </w:p>
    <w:p w14:paraId="3BC428F1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7. Срок обработки персональных данных</w:t>
      </w:r>
    </w:p>
    <w:p w14:paraId="6F63671C" w14:textId="77777777" w:rsidR="00F0323B" w:rsidRPr="005750AE" w:rsidRDefault="00000000">
      <w:pPr>
        <w:spacing w:after="80"/>
        <w:ind w:firstLine="709"/>
        <w:jc w:val="both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Персональные данные обрабатываются до достижения указанных целей обработки либо до отзыва согласия субъектом персональных данных, если иной срок не установлен законодательством Российской Федерации.</w:t>
      </w:r>
    </w:p>
    <w:p w14:paraId="53779AE7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8. Права субъекта персональных данных</w:t>
      </w:r>
    </w:p>
    <w:p w14:paraId="2E7E61D1" w14:textId="77777777" w:rsidR="00F0323B" w:rsidRPr="005750AE" w:rsidRDefault="00000000" w:rsidP="005750AE">
      <w:pPr>
        <w:spacing w:after="80"/>
        <w:ind w:firstLine="709"/>
        <w:jc w:val="both"/>
        <w:rPr>
          <w:rFonts w:cs="Times New Roman"/>
          <w:color w:val="000000"/>
          <w:lang w:val="ru-RU"/>
        </w:rPr>
      </w:pPr>
      <w:r w:rsidRPr="005750AE">
        <w:rPr>
          <w:rFonts w:cs="Times New Roman"/>
          <w:color w:val="000000"/>
          <w:lang w:val="ru-RU"/>
        </w:rPr>
        <w:t>Мне известно, что я имею право:</w:t>
      </w:r>
    </w:p>
    <w:p w14:paraId="417B56DB" w14:textId="29C8C369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получать информацию, касающуюся обработки моих персональных данных;</w:t>
      </w:r>
    </w:p>
    <w:p w14:paraId="33BFF7C9" w14:textId="15FD6199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требовать уточнения, блокирования или удаления моих персональных данных в случаях, предусмотренных законодательством Российской Федерации;</w:t>
      </w:r>
    </w:p>
    <w:p w14:paraId="6691A6E5" w14:textId="3495E4E1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t xml:space="preserve"> </w:t>
      </w:r>
      <w:r w:rsidR="00000000" w:rsidRPr="005750AE">
        <w:rPr>
          <w:rFonts w:cs="Times New Roman"/>
          <w:color w:val="000000"/>
          <w:lang w:val="ru-RU"/>
        </w:rPr>
        <w:t>требовать прекращения обработки моих персональных данных;</w:t>
      </w:r>
    </w:p>
    <w:p w14:paraId="7CBC86F7" w14:textId="757A4B59" w:rsidR="00F0323B" w:rsidRPr="005750AE" w:rsidRDefault="005750AE">
      <w:pPr>
        <w:pStyle w:val="a0"/>
        <w:spacing w:after="40"/>
        <w:ind w:left="510" w:hanging="255"/>
        <w:rPr>
          <w:lang w:val="ru-RU"/>
        </w:rPr>
      </w:pPr>
      <w:r>
        <w:rPr>
          <w:rFonts w:cs="Times New Roman"/>
          <w:color w:val="000000"/>
          <w:lang w:val="ru-RU"/>
        </w:rPr>
        <w:lastRenderedPageBreak/>
        <w:t xml:space="preserve"> </w:t>
      </w:r>
      <w:r w:rsidR="00000000" w:rsidRPr="005750AE">
        <w:rPr>
          <w:rFonts w:cs="Times New Roman"/>
          <w:color w:val="000000"/>
          <w:lang w:val="ru-RU"/>
        </w:rPr>
        <w:t>обжаловать действия или бездействие оператора в уполномоченный орган или в судебном порядке.</w:t>
      </w:r>
    </w:p>
    <w:p w14:paraId="6792A185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9. Отзыв согласия</w:t>
      </w:r>
    </w:p>
    <w:p w14:paraId="7F4B6BD1" w14:textId="77777777" w:rsidR="00F0323B" w:rsidRPr="005750AE" w:rsidRDefault="00000000">
      <w:pPr>
        <w:spacing w:after="80"/>
        <w:ind w:firstLine="709"/>
        <w:jc w:val="both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Я вправе отозвать настоящее согласие путем направления оператору письменного уведомления. Отзыв согласия не влияет на законность обработки персональных данных, осуществленной до его получения оператором.</w:t>
      </w:r>
    </w:p>
    <w:p w14:paraId="0B741E79" w14:textId="77777777" w:rsidR="00F0323B" w:rsidRPr="005750AE" w:rsidRDefault="00000000">
      <w:pPr>
        <w:keepNext/>
        <w:spacing w:before="200" w:after="100"/>
        <w:rPr>
          <w:lang w:val="ru-RU"/>
        </w:rPr>
      </w:pPr>
      <w:r w:rsidRPr="005750AE">
        <w:rPr>
          <w:rFonts w:cs="Times New Roman"/>
          <w:b/>
          <w:color w:val="000000"/>
          <w:lang w:val="ru-RU"/>
        </w:rPr>
        <w:t>10. Заключительные положения</w:t>
      </w:r>
    </w:p>
    <w:p w14:paraId="00C1D0DE" w14:textId="77777777" w:rsidR="00F0323B" w:rsidRPr="005750AE" w:rsidRDefault="00000000">
      <w:pPr>
        <w:spacing w:after="80"/>
        <w:ind w:firstLine="709"/>
        <w:jc w:val="both"/>
        <w:rPr>
          <w:lang w:val="ru-RU"/>
        </w:rPr>
      </w:pPr>
      <w:r w:rsidRPr="005750AE">
        <w:rPr>
          <w:rFonts w:cs="Times New Roman"/>
          <w:color w:val="000000"/>
          <w:lang w:val="ru-RU"/>
        </w:rPr>
        <w:t>Настоящее согласие вступает в силу с момента его предоставления и действует до достижения целей обработки персональных данных либо до его отзыва, если иной срок не установлен законодательством Российской Федерации.</w:t>
      </w:r>
    </w:p>
    <w:sectPr w:rsidR="00F0323B" w:rsidRPr="005750AE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5904439">
    <w:abstractNumId w:val="8"/>
  </w:num>
  <w:num w:numId="2" w16cid:durableId="778064905">
    <w:abstractNumId w:val="6"/>
  </w:num>
  <w:num w:numId="3" w16cid:durableId="883322797">
    <w:abstractNumId w:val="5"/>
  </w:num>
  <w:num w:numId="4" w16cid:durableId="1946502002">
    <w:abstractNumId w:val="4"/>
  </w:num>
  <w:num w:numId="5" w16cid:durableId="714738742">
    <w:abstractNumId w:val="7"/>
  </w:num>
  <w:num w:numId="6" w16cid:durableId="620963216">
    <w:abstractNumId w:val="3"/>
  </w:num>
  <w:num w:numId="7" w16cid:durableId="518351908">
    <w:abstractNumId w:val="2"/>
  </w:num>
  <w:num w:numId="8" w16cid:durableId="1804498565">
    <w:abstractNumId w:val="1"/>
  </w:num>
  <w:num w:numId="9" w16cid:durableId="19732438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D6C"/>
    <w:rsid w:val="0006063C"/>
    <w:rsid w:val="0015074B"/>
    <w:rsid w:val="0029639D"/>
    <w:rsid w:val="00326F90"/>
    <w:rsid w:val="005750AE"/>
    <w:rsid w:val="00AA1D8D"/>
    <w:rsid w:val="00B47730"/>
    <w:rsid w:val="00CB0664"/>
    <w:rsid w:val="00F032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E4E03"/>
  <w14:defaultImageDpi w14:val="300"/>
  <w15:docId w15:val="{407501C9-781F-EE4B-B17D-0D031698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305</Words>
  <Characters>2309</Characters>
  <Application>Microsoft Office Word</Application>
  <DocSecurity>0</DocSecurity>
  <Lines>54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КУКБиУ</dc:creator>
  <cp:keywords/>
  <dc:description/>
  <cp:lastModifiedBy>PoC</cp:lastModifiedBy>
  <cp:revision>2</cp:revision>
  <dcterms:created xsi:type="dcterms:W3CDTF">2013-12-23T23:15:00Z</dcterms:created>
  <dcterms:modified xsi:type="dcterms:W3CDTF">2026-09-24T10:58:00Z</dcterms:modified>
  <cp:category/>
</cp:coreProperties>
</file>